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6293"/>
        <w:gridCol w:w="794"/>
        <w:gridCol w:w="1077"/>
      </w:tblGrid>
      <w:tr>
        <w:tc>
          <w:tcPr>
            <w:tcW w:type="dxa" w:w="1191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387" cy="55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ITE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87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93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line="252" w:lineRule="auto"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2"/>
              </w:rPr>
              <w:t>INSTITUTO DE TEOLOGÍA PARA RELIGIOSOS</w:t>
              <w:br/>
            </w:r>
            <w:r>
              <w:rPr>
                <w:rFonts w:ascii="Times New Roman" w:hAnsi="Times New Roman"/>
                <w:sz w:val="19"/>
              </w:rPr>
              <w:t>Facultad de Teología de la Universidad Católica Andrés Bello</w:t>
              <w:br/>
            </w:r>
            <w:r>
              <w:rPr>
                <w:rFonts w:ascii="Times New Roman" w:hAnsi="Times New Roman"/>
                <w:sz w:val="19"/>
              </w:rPr>
              <w:t>Instituto de Teología Agregado a la Pontificia Universidad Salesiana</w:t>
              <w:br/>
            </w:r>
            <w:r>
              <w:rPr>
                <w:rFonts w:ascii="Times New Roman" w:hAnsi="Times New Roman"/>
                <w:i/>
                <w:sz w:val="19"/>
              </w:rPr>
              <w:t>Dirección de Estudios de Segundo Ciclo y Postgrado de Teología</w:t>
            </w:r>
          </w:p>
        </w:tc>
        <w:tc>
          <w:tcPr>
            <w:tcW w:type="dxa" w:w="794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3795" cy="59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2-up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95" cy="59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"/>
            <w:vAlign w:val="center"/>
            <w:tcMar>
              <w:top w:w="20" w:type="dxa"/>
              <w:left w:w="30" w:type="dxa"/>
              <w:bottom w:w="20" w:type="dxa"/>
              <w:right w:w="30" w:type="dxa"/>
            </w:tcMar>
          </w:tcPr>
          <w:p>
            <w:pPr>
              <w:spacing w:after="0" w:line="240" w:lineRule="auto"/>
              <w:ind w:firstLin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52019" cy="55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CAB_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019" cy="5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inSangriaITER"/>
      </w:pPr>
    </w:p>
    <w:p>
      <w:pPr>
        <w:pStyle w:val="SinSangriaITER"/>
      </w:pPr>
    </w:p>
    <w:p>
      <w:pPr>
        <w:pStyle w:val="SinSangriaITER"/>
      </w:pPr>
    </w:p>
    <w:p>
      <w:pPr>
        <w:pStyle w:val="Heading1"/>
      </w:pPr>
      <w:r>
        <w:t>TRABAJO DE GRADO</w:t>
      </w:r>
    </w:p>
    <w:p>
      <w:pPr>
        <w:pStyle w:val="SinSangriaITER"/>
        <w:jc w:val="center"/>
      </w:pPr>
      <w:r>
        <w:t>Presentado para optar por el Título de:</w:t>
      </w:r>
    </w:p>
    <w:p>
      <w:pPr>
        <w:pStyle w:val="SinSangriaITER"/>
        <w:jc w:val="center"/>
      </w:pPr>
      <w:r>
        <w:rPr>
          <w:b/>
          <w:sz w:val="26"/>
        </w:rPr>
        <w:t>MAGÍSTER EN TEOLOGÍA [ESPIRITUAL / PASTORAL / BÍBLICA / FUNDAMENTAL]</w:t>
        <w:br/>
        <w:t>(O ESPECIALISTA / LICENCIADO ECLESIÁSTICO)</w:t>
      </w:r>
    </w:p>
    <w:p>
      <w:pPr>
        <w:pStyle w:val="SinSangriaITER"/>
      </w:pPr>
    </w:p>
    <w:p>
      <w:pPr>
        <w:pStyle w:val="SinSangriaITER"/>
      </w:pPr>
    </w:p>
    <w:p>
      <w:pPr>
        <w:pStyle w:val="SinSangriaITER"/>
        <w:jc w:val="center"/>
      </w:pPr>
      <w:r>
        <w:rPr>
          <w:b/>
          <w:sz w:val="26"/>
        </w:rPr>
        <w:t>Escribir el Título Definitivo del Trabajo</w:t>
        <w:br/>
        <w:t>(Máximo 20 Palabras, Primera Letra en Mayúscula)</w:t>
      </w:r>
    </w:p>
    <w:p>
      <w:pPr>
        <w:pStyle w:val="SinSangriaITER"/>
      </w:pPr>
    </w:p>
    <w:p>
      <w:pPr>
        <w:pStyle w:val="SinSangriaITER"/>
      </w:pPr>
    </w:p>
    <w:p>
      <w:pPr>
        <w:pStyle w:val="SinSangriaITER"/>
      </w:pPr>
    </w:p>
    <w:p>
      <w:pPr>
        <w:pStyle w:val="SinSangriaITER"/>
        <w:spacing w:line="276" w:lineRule="auto"/>
        <w:ind w:left="4819"/>
        <w:jc w:val="left"/>
      </w:pPr>
      <w:r>
        <w:t>Presentado por:</w:t>
        <w:br/>
      </w:r>
      <w:r>
        <w:rPr>
          <w:b/>
        </w:rPr>
        <w:t xml:space="preserve">        [Nombre y Apellido del Autor]</w:t>
        <w:br/>
        <w:br/>
      </w:r>
      <w:r>
        <w:t>Tutor:</w:t>
        <w:br/>
      </w:r>
      <w:r>
        <w:rPr>
          <w:b/>
        </w:rPr>
        <w:t xml:space="preserve">        [Grado Académico y Nombre del Tutor]</w:t>
      </w:r>
    </w:p>
    <w:p>
      <w:pPr>
        <w:pStyle w:val="SinSangriaITER"/>
      </w:pPr>
    </w:p>
    <w:p>
      <w:pPr>
        <w:pStyle w:val="SinSangriaITER"/>
      </w:pPr>
    </w:p>
    <w:p>
      <w:pPr>
        <w:pStyle w:val="SinSangriaITER"/>
        <w:jc w:val="center"/>
      </w:pPr>
      <w:r>
        <w:t>Caracas, [Día] de [Mes] de 202[X]</w:t>
      </w:r>
    </w:p>
    <w:p>
      <w:r>
        <w:br w:type="page"/>
      </w:r>
    </w:p>
    <w:p>
      <w:pPr>
        <w:pStyle w:val="Heading1"/>
      </w:pPr>
      <w:r>
        <w:t>DEDICATORIA Y AGRADECIMIENTOS</w:t>
      </w:r>
    </w:p>
    <w:p>
      <w:pPr/>
      <w:r>
        <w:t>[Espacio opcional para la dedicatoria y los agradecimientos del autor. Las páginas previas a la Introducción llevan numeración romana en minúsculas (i, ii, iii, iv...) centrada en la parte inferior.]</w:t>
      </w:r>
    </w:p>
    <w:p>
      <w:r>
        <w:br w:type="page"/>
      </w:r>
    </w:p>
    <w:p>
      <w:pPr>
        <w:pStyle w:val="Heading1"/>
      </w:pPr>
      <w:r>
        <w:t>ÍNDICE GENERAL</w:t>
      </w:r>
    </w:p>
    <w:p>
      <w:pPr/>
      <w:r>
        <w:t>[Como todos los títulos de este documento usan los estilos «Heading 1» a «Heading 5», puedes generar o actualizar automáticamente la Tabla de Contenido en Word desde la pestaña «Referencias &gt; Tabla de contenido».]</w:t>
      </w:r>
    </w:p>
    <w:p>
      <w:pPr>
        <w:pStyle w:val="Heading1"/>
      </w:pPr>
      <w:r>
        <w:t>LISTA DE SIGLAS Y ABREVIATURAS</w:t>
      </w:r>
    </w:p>
    <w:p>
      <w:pPr/>
      <w:r>
        <w:t>[Cada abreviatura o acrónimo debe explicarse la primera vez que se use en cada capítulo e incluirse en esta lista.]</w:t>
      </w:r>
    </w:p>
    <w:p>
      <w:r>
        <w:br w:type="page"/>
      </w:r>
    </w:p>
    <w:p>
      <w:pPr>
        <w:pStyle w:val="Heading1"/>
      </w:pPr>
      <w:r>
        <w:t>RESUMEN</w:t>
      </w:r>
    </w:p>
    <w:p>
      <w:pPr/>
      <w:r>
        <w:t>[De acuerdo con la Normativa del ITER (p. 19), la página de Resumen corresponde a la página «iv» en numeración romana inferior centrada. Sintetiza el problema estudiado, los objetivos, la metodología empleada y los principales aportes del trabajo.]</w:t>
      </w:r>
    </w:p>
    <w:p>
      <w:pPr>
        <w:pStyle w:val="SinSangriaITER"/>
      </w:pPr>
      <w:r>
        <w:rPr>
          <w:b/>
        </w:rPr>
        <w:t xml:space="preserve">Palabras clave: </w:t>
      </w:r>
      <w:r>
        <w:t>[3 a 5 descriptores separados por coma].</w:t>
      </w:r>
    </w:p>
    <w:p>
      <w:pPr>
        <w:sectPr>
          <w:footerReference w:type="default" r:id="rId9"/>
          <w:pgSz w:w="12240" w:h="15840"/>
          <w:pgMar w:top="1134" w:right="1134" w:bottom="1134" w:left="1701" w:header="720" w:footer="720" w:gutter="0"/>
          <w:cols w:space="720"/>
          <w:titlePg/>
          <w:docGrid w:linePitch="360"/>
          <w:pgNumType w:fmt="lowerRoman" w:start="1"/>
        </w:sectPr>
      </w:pPr>
    </w:p>
    <w:p>
      <w:pPr>
        <w:pStyle w:val="Heading1"/>
      </w:pPr>
      <w:r>
        <w:t>INTRODUCCIÓN</w:t>
      </w:r>
    </w:p>
    <w:p>
      <w:pPr/>
      <w:r>
        <w:t>[La primera página de la Introducción inicia la numeración arábiga con el número «1» en la esquina superior derecha. Las secciones de INTRODUCCIÓN, CONCLUSIONES, RECOMENDACIONES y REFERENCIAS utilizan el estilo «Título 1 / Heading 1» (14 puntos, negrita, centrado, sin numerarse como capítulos).]</w:t>
      </w:r>
    </w:p>
    <w:p>
      <w:pPr>
        <w:sectPr>
          <w:headerReference w:type="default" r:id="rId13"/>
          <w:footerReference w:type="default" r:id="rId14"/>
          <w:pgSz w:w="12240" w:h="15840"/>
          <w:pgMar w:top="2835" w:right="1134" w:bottom="1134" w:left="1701" w:header="720" w:footer="720" w:gutter="0"/>
          <w:cols w:space="720"/>
          <w:docGrid w:linePitch="360"/>
          <w:pgNumType w:fmt="decimal" w:start="1"/>
        </w:sectPr>
      </w:pPr>
    </w:p>
    <w:p>
      <w:pPr>
        <w:pStyle w:val="Heading1"/>
        <w:spacing w:before="1700"/>
      </w:pPr>
      <w:r>
        <w:t>CAPÍTULO I</w:t>
        <w:br/>
        <w:t>[TÍTULO DEL PRIMER CAPÍTULO EN MAYÚSCULAS]</w:t>
      </w:r>
    </w:p>
    <w:p>
      <w:pPr/>
      <w:r>
        <w:t>[Este documento tiene preconfigurados en la galería de Estilos de Word todos los niveles de títulos exigidos por la Normativa del ITER (p. 18). Basta con seleccionar el texto y hacer clic en el estilo correspondiente:]</w:t>
      </w:r>
    </w:p>
    <w:p>
      <w:pPr>
        <w:pStyle w:val="Heading2"/>
      </w:pPr>
      <w:r>
        <w:t>1.1. Subtítulo de Segundo Orden (Estilo «Título 2 / Heading 2»: Izquierda, Negrillas, 12 pt)</w:t>
      </w:r>
    </w:p>
    <w:p>
      <w:pPr/>
      <w:r>
        <w:t>[Texto normal del trabajo con estilo «Normal»: Times New Roman 12 puntos, alineación justificada, sangría de primera línea de 1 cm e interlineado de 1,5 líneas con 6 puntos de separación entre párrafos.]</w:t>
      </w:r>
    </w:p>
    <w:p>
      <w:pPr>
        <w:pStyle w:val="Heading3"/>
      </w:pPr>
      <w:r>
        <w:t>Subtítulo de tercer orden (Estilo «Título 3 / Heading 3»: con un tabulador de 1 cm, en negrillas, en minúsculas).</w:t>
      </w:r>
    </w:p>
    <w:p>
      <w:pPr/>
      <w:r>
        <w:t>[Desarrollo del subapartado de tercer orden.]</w:t>
      </w:r>
    </w:p>
    <w:p>
      <w:pPr>
        <w:pStyle w:val="Heading4"/>
      </w:pPr>
      <w:r>
        <w:t>Subtítulo de cuarto orden (Estilo «Título 4 / Heading 4»: con un tabulador de 1 cm, en negrillas, cursivas, en minúsculas).</w:t>
      </w:r>
    </w:p>
    <w:p>
      <w:pPr/>
      <w:r>
        <w:t>[Desarrollo del subapartado de cuarto orden.]</w:t>
      </w:r>
    </w:p>
    <w:p>
      <w:pPr>
        <w:pStyle w:val="Heading5"/>
      </w:pPr>
      <w:r>
        <w:t>Subtítulo de quinto orden (Estilo «Título 5 / Heading 5»: con un tabulador de 1 cm, en cursivas, en minúsculas).</w:t>
      </w:r>
    </w:p>
    <w:p>
      <w:pPr/>
      <w:r>
        <w:t>[Desarrollo del subapartado de quinto orden.]</w:t>
      </w:r>
    </w:p>
    <w:p>
      <w:pPr>
        <w:pStyle w:val="CitaLargaITER"/>
      </w:pPr>
      <w:r>
        <w:t>[Modelo de cita textual mayor de tres líneas aplicando el estilo «Cita Larga ITER» desde la galería de estilos: va en párrafo aparte, sin comillas, en tamaño 10 puntos y con un margen adicional de 1 cm por la izquierda y 0,5 cm por la derecha (Normativa ITER, p. 19).]</w:t>
      </w:r>
    </w:p>
    <w:p>
      <w:r>
        <w:br w:type="page"/>
      </w:r>
    </w:p>
    <w:p>
      <w:pPr>
        <w:pStyle w:val="Heading1"/>
      </w:pPr>
      <w:r>
        <w:t>CONCLUSIONES</w:t>
      </w:r>
    </w:p>
    <w:p>
      <w:pPr/>
      <w:r>
        <w:t>[Síntesis de los aportes y hallazgos en correspondencia con los objetivos del trabajo.]</w:t>
      </w:r>
    </w:p>
    <w:p>
      <w:pPr>
        <w:pStyle w:val="Heading1"/>
      </w:pPr>
      <w:r>
        <w:t>REFERENCIAS</w:t>
      </w:r>
    </w:p>
    <w:p>
      <w:pPr/>
      <w:r>
        <w:t>[Listado bibliográfico final bajo el sistema oficial Chicago 18.ª Edición (Humanidades: Notas y Bibliografía), utilizando el estilo «Referencia Bibliografica ITER» (con sangría francesa). Mínimo 20 referencias para Trabajos Especiales de Grado / Síntesis y mínimo 40 referencias para Trabajos de Grado de Maestría / Licencia / Tesis:]</w:t>
      </w:r>
    </w:p>
    <w:p>
      <w:pPr>
        <w:pStyle w:val="ReferenciaBibliograficaITER"/>
      </w:pPr>
      <w:r>
        <w:t>Apellido, Nombre. Título de la obra en cursiva. Ciudad: Editorial, Año. [Ejemplo con estilo «Referencia Bibliografica ITER» en Chicago 18].</w:t>
      </w:r>
    </w:p>
    <w:sectPr w:rsidR="00FC693F" w:rsidRPr="0006063C" w:rsidSect="00034616">
      <w:headerReference w:type="default" r:id="rId15"/>
      <w:headerReference w:type="first" r:id="rId16"/>
      <w:footerReference w:type="default" r:id="rId17"/>
      <w:footerReference w:type="first" r:id="rId18"/>
      <w:pgSz w:w="12240" w:h="15840"/>
      <w:pgMar w:top="1134" w:right="1134" w:bottom="1134" w:left="1701" w:header="720" w:footer="720" w:gutter="0"/>
      <w:cols w:space="720"/>
      <w:titlePg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right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right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separate"/>
      <w:fldChar w:fldCharType="end"/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120"/>
      <w:ind w:firstLine="567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uiPriority w:val="1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2"/>
    <w:qFormat/>
    <w:rsid w:val="00FC693F"/>
    <w:pPr>
      <w:keepNext/>
      <w:keepLines/>
      <w:spacing w:before="360" w:after="280" w:line="36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FC693F"/>
    <w:pPr>
      <w:keepNext/>
      <w:keepLines/>
      <w:spacing w:before="240" w:after="120" w:line="36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FC693F"/>
    <w:pPr>
      <w:keepNext/>
      <w:keepLines/>
      <w:spacing w:before="160" w:after="80" w:line="360" w:lineRule="auto"/>
      <w:ind w:firstLine="567" w:left="0"/>
      <w:jc w:val="left"/>
      <w:outlineLvl w:val="2"/>
    </w:pPr>
    <w:rPr>
      <w:rFonts w:asciiTheme="majorHAnsi" w:eastAsiaTheme="majorEastAsia" w:hAnsiTheme="majorHAnsi" w:cstheme="majorBidi" w:ascii="Times New Roman" w:hAnsi="Times New Roman" w:cs="Times New Roman"/>
      <w:b/>
      <w:bCs/>
      <w:i w:val="0"/>
      <w:caps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5"/>
    <w:qFormat/>
    <w:rsid w:val="00FC693F"/>
    <w:pPr>
      <w:keepNext/>
      <w:keepLines/>
      <w:spacing w:before="120" w:after="80" w:line="360" w:lineRule="auto"/>
      <w:ind w:firstLine="567" w:left="0"/>
      <w:jc w:val="left"/>
      <w:outlineLvl w:val="3"/>
    </w:pPr>
    <w:rPr>
      <w:rFonts w:asciiTheme="majorHAnsi" w:eastAsiaTheme="majorEastAsia" w:hAnsiTheme="majorHAnsi" w:cstheme="majorBidi" w:ascii="Times New Roman" w:hAnsi="Times New Roman" w:cs="Times New Roman"/>
      <w:b/>
      <w:bCs/>
      <w:i/>
      <w:iCs/>
      <w:caps w:val="0"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6"/>
    <w:qFormat/>
    <w:rsid w:val="00FC693F"/>
    <w:pPr>
      <w:keepNext/>
      <w:keepLines/>
      <w:spacing w:before="120" w:after="80" w:line="360" w:lineRule="auto"/>
      <w:ind w:firstLine="567" w:left="0"/>
      <w:jc w:val="left"/>
      <w:outlineLvl w:val="4"/>
    </w:pPr>
    <w:rPr>
      <w:rFonts w:asciiTheme="majorHAnsi" w:eastAsiaTheme="majorEastAsia" w:hAnsiTheme="majorHAnsi" w:cstheme="majorBidi" w:ascii="Times New Roman" w:hAnsi="Times New Roman" w:cs="Times New Roman"/>
      <w:b w:val="0"/>
      <w:i/>
      <w:caps w:val="0"/>
      <w:color w:val="00000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itaLargaITER">
    <w:name w:val="Cita Larga ITER"/>
    <w:pPr>
      <w:spacing w:line="360" w:lineRule="auto" w:before="120" w:after="120"/>
      <w:ind w:firstLine="0" w:left="567" w:right="283"/>
      <w:jc w:val="both"/>
    </w:pPr>
    <w:rPr>
      <w:rFonts w:ascii="Times New Roman" w:hAnsi="Times New Roman" w:cs="Times New Roman"/>
      <w:b w:val="0"/>
      <w:i w:val="0"/>
      <w:caps w:val="0"/>
      <w:color w:val="000000"/>
      <w:sz w:val="20"/>
    </w:rPr>
    <w:qFormat/>
    <w:uiPriority w:val="7"/>
  </w:style>
  <w:style w:type="paragraph" w:customStyle="1" w:styleId="ReferenciaBibliograficaITER">
    <w:name w:val="Referencia Bibliografica ITER"/>
    <w:pPr>
      <w:spacing w:line="360" w:lineRule="auto" w:before="0" w:after="120"/>
      <w:ind w:left="567" w:hanging="567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qFormat/>
    <w:uiPriority w:val="8"/>
  </w:style>
  <w:style w:type="paragraph" w:customStyle="1" w:styleId="SinSangriaITER">
    <w:name w:val="Sin Sangria ITER"/>
    <w:pPr>
      <w:spacing w:line="360" w:lineRule="auto" w:before="0" w:after="120"/>
      <w:ind w:firstLine="0"/>
      <w:jc w:val="both"/>
    </w:pPr>
    <w:rPr>
      <w:rFonts w:ascii="Times New Roman" w:hAnsi="Times New Roman" w:cs="Times New Roman"/>
      <w:b w:val="0"/>
      <w:i w:val="0"/>
      <w:caps w:val="0"/>
      <w:color w:val="000000"/>
      <w:sz w:val="24"/>
    </w:rPr>
    <w:qFormat/>
    <w:uiPriority w:val="9"/>
  </w:style>
  <w:style w:type="paragraph" w:customStyle="1" w:styleId="FootnoteText">
    <w:name w:val="Footnote Text"/>
    <w:pPr>
      <w:spacing w:before="0" w:after="40"/>
      <w:ind w:firstLine="0"/>
      <w:jc w:val="both"/>
    </w:pPr>
    <w:rPr>
      <w:rFonts w:ascii="Times New Roman" w:hAnsi="Times New Roman" w:cs="Times New Roman"/>
      <w:b w:val="0"/>
      <w:i w:val="0"/>
      <w:caps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eader" Target="head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