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91"/>
        <w:gridCol w:w="6293"/>
        <w:gridCol w:w="794"/>
        <w:gridCol w:w="1077"/>
      </w:tblGrid>
      <w:tr>
        <w:tc>
          <w:tcPr>
            <w:tcW w:type="dxa" w:w="1191"/>
            <w:vAlign w:val="center"/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spacing w:after="0" w:line="240" w:lineRule="auto"/>
              <w:ind w:firstLine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387" cy="55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IT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387" cy="5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93"/>
            <w:vAlign w:val="center"/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spacing w:line="252" w:lineRule="auto" w:after="0"/>
              <w:ind w:firstLine="0"/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INSTITUTO DE TEOLOGÍA PARA RELIGIOSOS</w:t>
              <w:br/>
            </w:r>
            <w:r>
              <w:rPr>
                <w:rFonts w:ascii="Times New Roman" w:hAnsi="Times New Roman"/>
                <w:sz w:val="19"/>
              </w:rPr>
              <w:t>Facultad de Teología de la Universidad Católica Andrés Bello</w:t>
              <w:br/>
            </w:r>
            <w:r>
              <w:rPr>
                <w:rFonts w:ascii="Times New Roman" w:hAnsi="Times New Roman"/>
                <w:sz w:val="19"/>
              </w:rPr>
              <w:t>Instituto de Teología Agregado a la Pontificia Universidad Salesiana</w:t>
              <w:br/>
            </w:r>
            <w:r>
              <w:rPr>
                <w:rFonts w:ascii="Times New Roman" w:hAnsi="Times New Roman"/>
                <w:i/>
                <w:sz w:val="19"/>
              </w:rPr>
              <w:t>Dirección de Estudios de Segundo Ciclo y Postgrado de Teología</w:t>
            </w:r>
          </w:p>
        </w:tc>
        <w:tc>
          <w:tcPr>
            <w:tcW w:type="dxa" w:w="794"/>
            <w:vAlign w:val="center"/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spacing w:after="0" w:line="240" w:lineRule="auto"/>
              <w:ind w:firstLine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3795" cy="59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2-up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795" cy="59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"/>
            <w:vAlign w:val="center"/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spacing w:after="0" w:line="240" w:lineRule="auto"/>
              <w:ind w:firstLine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52019" cy="55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CAB_3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019" cy="5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inSangriaITER"/>
      </w:pPr>
    </w:p>
    <w:p>
      <w:pPr>
        <w:pStyle w:val="SinSangriaITER"/>
      </w:pPr>
    </w:p>
    <w:p>
      <w:pPr>
        <w:pStyle w:val="SinSangriaITER"/>
      </w:pPr>
    </w:p>
    <w:p>
      <w:pPr>
        <w:pStyle w:val="Heading1"/>
      </w:pPr>
      <w:r>
        <w:t>PROYECTO DE TRABAJO DE GRADO</w:t>
      </w:r>
    </w:p>
    <w:p>
      <w:pPr>
        <w:pStyle w:val="SinSangriaITER"/>
        <w:jc w:val="center"/>
      </w:pPr>
      <w:r>
        <w:t>Presentado para optar por el Título de:</w:t>
      </w:r>
    </w:p>
    <w:p>
      <w:pPr>
        <w:pStyle w:val="SinSangriaITER"/>
        <w:jc w:val="center"/>
      </w:pPr>
      <w:r>
        <w:rPr>
          <w:b/>
          <w:sz w:val="26"/>
        </w:rPr>
        <w:t>MAGÍSTER / LICENCIADO / ESPECIALISTA EN TEOLOGÍA [MENCIÓN]</w:t>
      </w:r>
    </w:p>
    <w:p>
      <w:pPr>
        <w:pStyle w:val="SinSangriaITER"/>
      </w:pPr>
    </w:p>
    <w:p>
      <w:pPr>
        <w:pStyle w:val="SinSangriaITER"/>
      </w:pPr>
    </w:p>
    <w:p>
      <w:pPr>
        <w:pStyle w:val="SinSangriaITER"/>
        <w:jc w:val="center"/>
      </w:pPr>
      <w:r>
        <w:rPr>
          <w:b/>
          <w:sz w:val="26"/>
        </w:rPr>
        <w:t>Escribir el Título del Proyecto (Máximo 20 Palabras,</w:t>
        <w:br/>
        <w:t>Primera Letra de Cada Palabra en Mayúscula)</w:t>
      </w:r>
    </w:p>
    <w:p>
      <w:pPr>
        <w:pStyle w:val="SinSangriaITER"/>
      </w:pPr>
    </w:p>
    <w:p>
      <w:pPr>
        <w:pStyle w:val="SinSangriaITER"/>
      </w:pPr>
    </w:p>
    <w:p>
      <w:pPr>
        <w:pStyle w:val="SinSangriaITER"/>
      </w:pPr>
    </w:p>
    <w:p>
      <w:pPr>
        <w:pStyle w:val="SinSangriaITER"/>
        <w:spacing w:line="276" w:lineRule="auto"/>
        <w:ind w:left="4819"/>
        <w:jc w:val="left"/>
      </w:pPr>
      <w:r>
        <w:t>Presentado por:</w:t>
        <w:br/>
      </w:r>
      <w:r>
        <w:rPr>
          <w:b/>
        </w:rPr>
        <w:t xml:space="preserve">        [Nombre y Apellido del Estudiante]</w:t>
        <w:br/>
        <w:br/>
      </w:r>
      <w:r>
        <w:t>Tutor Propuesto:</w:t>
        <w:br/>
      </w:r>
      <w:r>
        <w:rPr>
          <w:b/>
        </w:rPr>
        <w:t xml:space="preserve">        [Grado Académico y Nombre del Tutor]</w:t>
      </w:r>
    </w:p>
    <w:p>
      <w:pPr>
        <w:pStyle w:val="SinSangriaITER"/>
      </w:pPr>
    </w:p>
    <w:p>
      <w:pPr>
        <w:pStyle w:val="SinSangriaITER"/>
      </w:pPr>
    </w:p>
    <w:p>
      <w:pPr>
        <w:pStyle w:val="SinSangriaITER"/>
        <w:jc w:val="center"/>
      </w:pPr>
      <w:r>
        <w:t>Caracas, [Día] de [Mes] de 202[X]</w:t>
      </w:r>
    </w:p>
    <w:p>
      <w:r>
        <w:br w:type="page"/>
      </w:r>
    </w:p>
    <w:p>
      <w:pPr>
        <w:pStyle w:val="Heading1"/>
      </w:pPr>
      <w:r>
        <w:t>PROYECTO DE TRABAJO DE GRADO</w:t>
      </w:r>
    </w:p>
    <w:p>
      <w:pPr>
        <w:pStyle w:val="CitaLargaITER"/>
      </w:pPr>
      <w:r>
        <w:t>[Nota de uso: Este documento ya tiene configurados en la pestaña «Inicio &gt; Estilos» de Word todos los formatos de la Normativa del ITER: «Normal» (cuerpo con sangría de 1 cm), «Título 1 / Heading 1» (títulos centrados 14 pt), «Título 2 / Heading 2» (apartados a la izquierda en negrita 12 pt), «Título 3 / Heading 3» (subapartados con tabulador), «Cita Larga ITER» (citas de más de 3 líneas en 10 pt) y «Referencia Bibliografica ITER» (con sangría francesa).]</w:t>
      </w:r>
    </w:p>
    <w:p>
      <w:pPr>
        <w:pStyle w:val="Heading2"/>
      </w:pPr>
      <w:r>
        <w:t>1. Tema y Planteamiento del Problema</w:t>
      </w:r>
    </w:p>
    <w:p>
      <w:pPr/>
      <w:r>
        <w:t>[En el Trabajo Especial de Grado de Especialización se describe directamente el tema o situación práctica a abordar. En el Trabajo de Grado de Maestría y/o Licencia se desarrolla el planteamiento del problema: antecedentes del caso a ser estudiado, manifestaciones propias del problema, motivaciones, la pregunta central de investigación y los límites o acotación del estudio.]</w:t>
      </w:r>
    </w:p>
    <w:p>
      <w:pPr>
        <w:pStyle w:val="Heading2"/>
      </w:pPr>
      <w:r>
        <w:t>2. Objetivos de la Investigación</w:t>
      </w:r>
    </w:p>
    <w:p>
      <w:pPr>
        <w:pStyle w:val="Heading3"/>
      </w:pPr>
      <w:r>
        <w:t>Objetivo general.</w:t>
      </w:r>
    </w:p>
    <w:p>
      <w:pPr/>
      <w:r>
        <w:t>[Expresa aquello que se quiere alcanzar con la investigación. Debe redactarse con claridad, precisión y ser verificable.]</w:t>
      </w:r>
    </w:p>
    <w:p>
      <w:pPr>
        <w:pStyle w:val="Heading3"/>
      </w:pPr>
      <w:r>
        <w:t>Objetivos específicos.</w:t>
      </w:r>
    </w:p>
    <w:p>
      <w:pPr/>
      <w:r>
        <w:t>[Marcan los pasos obligatorios que se deben recorrer para alcanzar el objetivo general. Se recomienda plantear menos de seis objetivos específicos.]</w:t>
      </w:r>
    </w:p>
    <w:p>
      <w:pPr>
        <w:pStyle w:val="Heading2"/>
      </w:pPr>
      <w:r>
        <w:t>3. Justificación del Estudio</w:t>
      </w:r>
    </w:p>
    <w:p>
      <w:pPr/>
      <w:r>
        <w:t>[Responde a las preguntas: ¿por qué es importante realizar esta investigación? y ¿qué sucederá si no se realiza? Se recomienda explicar someramente aquí el vacío de la investigación detectado a partir de la revisión bibliográfica preliminar (qué aspectos no han sido suficientemente abordados o contextualizados hasta ahora y qué aporte original ofrece este estudio). Asimismo, debe verificarse la factibilidad del proyecto en cuanto a fuentes, recursos y tiempo disponible.]</w:t>
      </w:r>
    </w:p>
    <w:p>
      <w:pPr>
        <w:pStyle w:val="Heading2"/>
      </w:pPr>
      <w:r>
        <w:t>4. Metodología</w:t>
      </w:r>
    </w:p>
    <w:p>
      <w:pPr/>
      <w:r>
        <w:t>[Explica con claridad el método de investigación que será utilizado, las razones por las cuales ha sido elegido y los diversos pasos del diseño metodológico que llevarán a alcanzar los objetivos propuestos.]</w:t>
      </w:r>
    </w:p>
    <w:p>
      <w:pPr>
        <w:pStyle w:val="Heading2"/>
      </w:pPr>
      <w:r>
        <w:t>5. Esquema Tentativo de Contenido</w:t>
      </w:r>
    </w:p>
    <w:p>
      <w:pPr/>
      <w:r>
        <w:t>[Se colocan únicamente los títulos preliminares de los capítulos y secciones que el autor piensa desarrollar en el trabajo final, a estilo de tabla de contenido:]</w:t>
      </w:r>
    </w:p>
    <w:p>
      <w:pPr>
        <w:pStyle w:val="SinSangriaITER"/>
        <w:ind w:left="850"/>
        <w:jc w:val="left"/>
      </w:pPr>
      <w:r>
        <w:t>Introducción</w:t>
        <w:br/>
        <w:t>Capítulo I: [Título tentativo del primer capítulo]</w:t>
        <w:br/>
        <w:t xml:space="preserve">   1.1. [Sección]</w:t>
        <w:br/>
        <w:t xml:space="preserve">   1.2. [Sección]</w:t>
        <w:br/>
        <w:t>Capítulo II: [Título tentativo del segundo capítulo]</w:t>
        <w:br/>
        <w:t xml:space="preserve">   2.1. [Sección]</w:t>
        <w:br/>
        <w:t>Capítulo III: [Título tentativo del tercer capítulo]</w:t>
        <w:br/>
        <w:t>Conclusiones</w:t>
        <w:br/>
        <w:t>Referencias Bibliográficas</w:t>
      </w:r>
    </w:p>
    <w:p>
      <w:pPr>
        <w:pStyle w:val="Heading2"/>
      </w:pPr>
      <w:r>
        <w:t>6. Plan de Trabajo (Cronograma / Diagrama de Gantt)</w:t>
      </w:r>
    </w:p>
    <w:p>
      <w:pPr/>
      <w:r>
        <w:t>[Lista de las actividades que serán realizadas para cubrir los objetivos de la investigación y sus lapsos tentativos de ejecución y entrega (Normativa ITER, p. 15):]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7"/>
        <w:gridCol w:w="1567"/>
        <w:gridCol w:w="1567"/>
        <w:gridCol w:w="1567"/>
        <w:gridCol w:w="1567"/>
        <w:gridCol w:w="1567"/>
      </w:tblGrid>
      <w:tr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0"/>
              </w:rPr>
              <w:t>Actividades / Semanas o Meses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b/>
                <w:sz w:val="20"/>
              </w:rPr>
              <w:t>5</w:t>
            </w:r>
          </w:p>
        </w:tc>
      </w:tr>
      <w:tr>
        <w:tc>
          <w:tcPr>
            <w:tcW w:type="dxa" w:w="1567"/>
          </w:tcPr>
          <w:p>
            <w:pPr>
              <w:spacing w:after="0"/>
              <w:ind w:firstLine="0"/>
              <w:jc w:val="left"/>
            </w:pPr>
            <w:r>
              <w:rPr>
                <w:sz w:val="20"/>
              </w:rPr>
              <w:t>1. Objetivo Específico 1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  <w:t>X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  <w:t>X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type="dxa" w:w="1567"/>
          </w:tcPr>
          <w:p>
            <w:pPr>
              <w:spacing w:after="0"/>
              <w:ind w:firstLine="0"/>
              <w:jc w:val="left"/>
            </w:pPr>
            <w:r>
              <w:rPr>
                <w:sz w:val="20"/>
              </w:rPr>
              <w:t xml:space="preserve">   1.1. Actividad 1 (Arqueo de fuentes)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  <w:t>X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type="dxa" w:w="1567"/>
          </w:tcPr>
          <w:p>
            <w:pPr>
              <w:spacing w:after="0"/>
              <w:ind w:firstLine="0"/>
              <w:jc w:val="left"/>
            </w:pPr>
            <w:r>
              <w:rPr>
                <w:sz w:val="20"/>
              </w:rPr>
              <w:t xml:space="preserve">   1.2. Actividad 2 (Fichaje y análisis)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  <w:t>X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type="dxa" w:w="1567"/>
          </w:tcPr>
          <w:p>
            <w:pPr>
              <w:spacing w:after="0"/>
              <w:ind w:firstLine="0"/>
              <w:jc w:val="left"/>
            </w:pPr>
            <w:r>
              <w:rPr>
                <w:sz w:val="20"/>
              </w:rPr>
              <w:t>2. Objetivo Específico 2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  <w:t>X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  <w:t>X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type="dxa" w:w="1567"/>
          </w:tcPr>
          <w:p>
            <w:pPr>
              <w:spacing w:after="0"/>
              <w:ind w:firstLine="0"/>
              <w:jc w:val="left"/>
            </w:pPr>
            <w:r>
              <w:rPr>
                <w:sz w:val="20"/>
              </w:rPr>
              <w:t>3. Redacción final y revisión con el Tutor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  <w:t>X</w:t>
            </w:r>
          </w:p>
        </w:tc>
        <w:tc>
          <w:tcPr>
            <w:tcW w:type="dxa" w:w="1567"/>
          </w:tcPr>
          <w:p>
            <w:pPr>
              <w:spacing w:after="0"/>
              <w:ind w:firstLine="0"/>
              <w:jc w:val="center"/>
            </w:pPr>
            <w:r>
              <w:rPr>
                <w:sz w:val="20"/>
              </w:rPr>
              <w:t>X</w:t>
            </w:r>
          </w:p>
        </w:tc>
      </w:tr>
    </w:tbl>
    <w:p>
      <w:pPr>
        <w:pStyle w:val="Heading2"/>
      </w:pPr>
      <w:r>
        <w:t>7. Referencias Bibliográficas</w:t>
      </w:r>
    </w:p>
    <w:p>
      <w:pPr/>
      <w:r>
        <w:t>[Listado de las fuentes revisadas hasta el momento de presentar el proyecto, empleando el estilo «Referencia Bibliografica ITER» bajo el sistema oficial Chicago 18.ª Edición (Humanidades: Notas y Bibliografía). Mínimo 20 referencias para Especialización/Síntesis y mínimo 40 para Maestría/Licencia/Tesis:]</w:t>
      </w:r>
    </w:p>
    <w:p>
      <w:pPr>
        <w:pStyle w:val="ReferenciaBibliograficaITER"/>
      </w:pPr>
      <w:r>
        <w:t>Apellido, Nombre. Título de la obra en cursiva. Ciudad: Editorial, Año. [Ejemplo con estilo «Referencia Bibliografica ITER» en Chicago 18].</w:t>
      </w:r>
    </w:p>
    <w:sectPr w:rsidR="00FC693F" w:rsidRPr="0006063C" w:rsidSect="00034616">
      <w:headerReference w:type="default" r:id="rId9"/>
      <w:pgSz w:w="12240" w:h="15840"/>
      <w:pgMar w:top="1134" w:right="1134" w:bottom="1134" w:left="1701" w:header="720" w:footer="720" w:gutter="0"/>
      <w:cols w:space="720"/>
      <w:titlePg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right"/>
    </w:pPr>
    <w:r>
      <w:rPr>
        <w:rFonts w:ascii="Times New Roman" w:hAnsi="Times New Roman"/>
        <w:sz w:val="24"/>
      </w:rP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120"/>
      <w:ind w:firstLine="567"/>
      <w:jc w:val="both"/>
    </w:pPr>
    <w:rPr>
      <w:rFonts w:ascii="Times New Roman" w:hAnsi="Times New Roman" w:cs="Times New Roman"/>
      <w:b w:val="0"/>
      <w:i w:val="0"/>
      <w:caps w:val="0"/>
      <w:color w:val="000000"/>
      <w:sz w:val="24"/>
    </w:rPr>
    <w:uiPriority w:val="1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2"/>
    <w:qFormat/>
    <w:rsid w:val="00FC693F"/>
    <w:pPr>
      <w:keepNext/>
      <w:keepLines/>
      <w:spacing w:before="360" w:after="280" w:line="360" w:lineRule="auto"/>
      <w:ind w:firstLine="0" w:left="0"/>
      <w:jc w:val="center"/>
      <w:outlineLvl w:val="0"/>
    </w:pPr>
    <w:rPr>
      <w:rFonts w:asciiTheme="majorHAnsi" w:eastAsiaTheme="majorEastAsia" w:hAnsiTheme="majorHAnsi" w:cstheme="majorBidi" w:ascii="Times New Roman" w:hAnsi="Times New Roman" w:cs="Times New Roman"/>
      <w:b/>
      <w:bCs/>
      <w:i w:val="0"/>
      <w:cap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FC693F"/>
    <w:pPr>
      <w:keepNext/>
      <w:keepLines/>
      <w:spacing w:before="240" w:after="120" w:line="360" w:lineRule="auto"/>
      <w:ind w:firstLine="0" w:left="0"/>
      <w:jc w:val="left"/>
      <w:outlineLvl w:val="1"/>
    </w:pPr>
    <w:rPr>
      <w:rFonts w:asciiTheme="majorHAnsi" w:eastAsiaTheme="majorEastAsia" w:hAnsiTheme="majorHAnsi" w:cstheme="majorBidi" w:ascii="Times New Roman" w:hAnsi="Times New Roman" w:cs="Times New Roman"/>
      <w:b/>
      <w:bCs/>
      <w:i w:val="0"/>
      <w:caps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4"/>
    <w:qFormat/>
    <w:rsid w:val="00FC693F"/>
    <w:pPr>
      <w:keepNext/>
      <w:keepLines/>
      <w:spacing w:before="160" w:after="80" w:line="360" w:lineRule="auto"/>
      <w:ind w:firstLine="567" w:left="0"/>
      <w:jc w:val="left"/>
      <w:outlineLvl w:val="2"/>
    </w:pPr>
    <w:rPr>
      <w:rFonts w:asciiTheme="majorHAnsi" w:eastAsiaTheme="majorEastAsia" w:hAnsiTheme="majorHAnsi" w:cstheme="majorBidi" w:ascii="Times New Roman" w:hAnsi="Times New Roman" w:cs="Times New Roman"/>
      <w:b/>
      <w:bCs/>
      <w:i w:val="0"/>
      <w:caps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5"/>
    <w:qFormat/>
    <w:rsid w:val="00FC693F"/>
    <w:pPr>
      <w:keepNext/>
      <w:keepLines/>
      <w:spacing w:before="120" w:after="80" w:line="360" w:lineRule="auto"/>
      <w:ind w:firstLine="567" w:left="0"/>
      <w:jc w:val="left"/>
      <w:outlineLvl w:val="3"/>
    </w:pPr>
    <w:rPr>
      <w:rFonts w:asciiTheme="majorHAnsi" w:eastAsiaTheme="majorEastAsia" w:hAnsiTheme="majorHAnsi" w:cstheme="majorBidi" w:ascii="Times New Roman" w:hAnsi="Times New Roman" w:cs="Times New Roman"/>
      <w:b/>
      <w:bCs/>
      <w:i/>
      <w:iCs/>
      <w:caps w:val="0"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6"/>
    <w:qFormat/>
    <w:rsid w:val="00FC693F"/>
    <w:pPr>
      <w:keepNext/>
      <w:keepLines/>
      <w:spacing w:before="120" w:after="80" w:line="360" w:lineRule="auto"/>
      <w:ind w:firstLine="567" w:left="0"/>
      <w:jc w:val="left"/>
      <w:outlineLvl w:val="4"/>
    </w:pPr>
    <w:rPr>
      <w:rFonts w:asciiTheme="majorHAnsi" w:eastAsiaTheme="majorEastAsia" w:hAnsiTheme="majorHAnsi" w:cstheme="majorBidi" w:ascii="Times New Roman" w:hAnsi="Times New Roman" w:cs="Times New Roman"/>
      <w:b w:val="0"/>
      <w:i/>
      <w:caps w:val="0"/>
      <w:color w:val="00000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itaLargaITER">
    <w:name w:val="Cita Larga ITER"/>
    <w:pPr>
      <w:spacing w:line="360" w:lineRule="auto" w:before="120" w:after="120"/>
      <w:ind w:firstLine="0" w:left="567" w:right="283"/>
      <w:jc w:val="both"/>
    </w:pPr>
    <w:rPr>
      <w:rFonts w:ascii="Times New Roman" w:hAnsi="Times New Roman" w:cs="Times New Roman"/>
      <w:b w:val="0"/>
      <w:i w:val="0"/>
      <w:caps w:val="0"/>
      <w:color w:val="000000"/>
      <w:sz w:val="20"/>
    </w:rPr>
    <w:qFormat/>
    <w:uiPriority w:val="7"/>
  </w:style>
  <w:style w:type="paragraph" w:customStyle="1" w:styleId="ReferenciaBibliograficaITER">
    <w:name w:val="Referencia Bibliografica ITER"/>
    <w:pPr>
      <w:spacing w:line="360" w:lineRule="auto" w:before="0" w:after="120"/>
      <w:ind w:left="567" w:hanging="567"/>
      <w:jc w:val="both"/>
    </w:pPr>
    <w:rPr>
      <w:rFonts w:ascii="Times New Roman" w:hAnsi="Times New Roman" w:cs="Times New Roman"/>
      <w:b w:val="0"/>
      <w:i w:val="0"/>
      <w:caps w:val="0"/>
      <w:color w:val="000000"/>
      <w:sz w:val="24"/>
    </w:rPr>
    <w:qFormat/>
    <w:uiPriority w:val="8"/>
  </w:style>
  <w:style w:type="paragraph" w:customStyle="1" w:styleId="SinSangriaITER">
    <w:name w:val="Sin Sangria ITER"/>
    <w:pPr>
      <w:spacing w:line="360" w:lineRule="auto" w:before="0" w:after="120"/>
      <w:ind w:firstLine="0"/>
      <w:jc w:val="both"/>
    </w:pPr>
    <w:rPr>
      <w:rFonts w:ascii="Times New Roman" w:hAnsi="Times New Roman" w:cs="Times New Roman"/>
      <w:b w:val="0"/>
      <w:i w:val="0"/>
      <w:caps w:val="0"/>
      <w:color w:val="000000"/>
      <w:sz w:val="24"/>
    </w:rPr>
    <w:qFormat/>
    <w:uiPriority w:val="9"/>
  </w:style>
  <w:style w:type="paragraph" w:customStyle="1" w:styleId="FootnoteText">
    <w:name w:val="Footnote Text"/>
    <w:pPr>
      <w:spacing w:before="0" w:after="40"/>
      <w:ind w:firstLine="0"/>
      <w:jc w:val="both"/>
    </w:pPr>
    <w:rPr>
      <w:rFonts w:ascii="Times New Roman" w:hAnsi="Times New Roman" w:cs="Times New Roman"/>
      <w:b w:val="0"/>
      <w:i w:val="0"/>
      <w:caps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