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91"/>
        <w:gridCol w:w="6293"/>
        <w:gridCol w:w="794"/>
        <w:gridCol w:w="1077"/>
      </w:tblGrid>
      <w:tr>
        <w:tc>
          <w:tcPr>
            <w:tcW w:type="dxa" w:w="1191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387" cy="55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IT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387" cy="5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93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line="252" w:lineRule="auto" w:after="0"/>
              <w:ind w:firstLine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INSTITUTO DE TEOLOGÍA PARA RELIGIOSOS</w:t>
              <w:br/>
            </w:r>
            <w:r>
              <w:rPr>
                <w:rFonts w:ascii="Times New Roman" w:hAnsi="Times New Roman"/>
                <w:sz w:val="19"/>
              </w:rPr>
              <w:t>Facultad de Teología de la Universidad Católica Andrés Bello</w:t>
              <w:br/>
            </w:r>
            <w:r>
              <w:rPr>
                <w:rFonts w:ascii="Times New Roman" w:hAnsi="Times New Roman"/>
                <w:sz w:val="19"/>
              </w:rPr>
              <w:t>Instituto de Teología Agregado a la Pontificia Universidad Salesiana</w:t>
              <w:br/>
            </w:r>
            <w:r>
              <w:rPr>
                <w:rFonts w:ascii="Times New Roman" w:hAnsi="Times New Roman"/>
                <w:i/>
                <w:sz w:val="19"/>
              </w:rPr>
              <w:t>Dirección de Estudios de Segundo Ciclo y Postgrado de Teología</w:t>
            </w:r>
          </w:p>
        </w:tc>
        <w:tc>
          <w:tcPr>
            <w:tcW w:type="dxa" w:w="794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3795" cy="59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2-up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95" cy="59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52019" cy="55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CAB_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19" cy="5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inSangriaITER"/>
        <w:spacing w:before="240"/>
        <w:jc w:val="center"/>
      </w:pPr>
      <w:r>
        <w:rPr>
          <w:b/>
          <w:sz w:val="26"/>
        </w:rPr>
        <w:t>CARTA DE ACEPTACIÓN DEL TUTOR</w:t>
      </w:r>
    </w:p>
    <w:p>
      <w:pPr>
        <w:pStyle w:val="SinSangriaITER"/>
        <w:jc w:val="right"/>
      </w:pPr>
      <w:r>
        <w:rPr>
          <w:i/>
        </w:rPr>
        <w:t>Caracas, ____ de ________________ de 202___</w:t>
      </w:r>
    </w:p>
    <w:p>
      <w:pPr>
        <w:pStyle w:val="SinSangriaITER"/>
        <w:spacing w:line="276" w:lineRule="auto"/>
        <w:jc w:val="left"/>
      </w:pPr>
      <w:r>
        <w:t>Comité de Trabajos de Grado</w:t>
        <w:br/>
        <w:t>Dirección de Postgrado de Teología</w:t>
        <w:br/>
        <w:t>Presente.-</w:t>
        <w:br/>
        <w:br/>
        <w:t>Estimados señores:</w:t>
      </w:r>
    </w:p>
    <w:p>
      <w:pPr/>
      <w:r>
        <w:t xml:space="preserve">Quien suscribe, </w:t>
      </w:r>
      <w:r>
        <w:rPr>
          <w:b/>
        </w:rPr>
        <w:t>[Grado Académico y Nombre Completo del Profesor Tutor en Negrillas]</w:t>
      </w:r>
      <w:r>
        <w:t>, hace constar que conoce el proyecto correspondiente y ha aceptado formalmente la tutoría del Trabajo de Grado titulado:</w:t>
      </w:r>
    </w:p>
    <w:p>
      <w:pPr>
        <w:pStyle w:val="SinSangriaITER"/>
        <w:jc w:val="center"/>
      </w:pPr>
      <w:r>
        <w:rPr>
          <w:b/>
        </w:rPr>
        <w:t>________________________________________________________________________</w:t>
        <w:br/>
        <w:t>________________________________________________________________________</w:t>
      </w:r>
    </w:p>
    <w:p>
      <w:pPr>
        <w:pStyle w:val="SinSangriaITER"/>
      </w:pPr>
      <w:r>
        <w:t xml:space="preserve">con el cual el(la) estudiante </w:t>
      </w:r>
      <w:r>
        <w:rPr>
          <w:b/>
        </w:rPr>
        <w:t>[Nombre Completo del Estudiante en Negrillas]</w:t>
      </w:r>
      <w:r>
        <w:t xml:space="preserve">, C.I. </w:t>
      </w:r>
      <w:r>
        <w:rPr>
          <w:b/>
        </w:rPr>
        <w:t>[N° de Cédula]</w:t>
      </w:r>
      <w:r>
        <w:t>, aspira a obtener el título de Especialista / Magíster y/o Licencia en Teología (Bíblica / Pastoral / Espiritual / Fundamental).</w:t>
      </w:r>
    </w:p>
    <w:p>
      <w:pPr>
        <w:pStyle w:val="SinSangriaITER"/>
      </w:pPr>
      <w:r>
        <w:t>Declaro también conocer y aceptar las Disposiciones de la Dirección de Postgrado de la Facultad de Teología sobre Trabajos de Grado.</w:t>
      </w:r>
    </w:p>
    <w:p>
      <w:pPr>
        <w:pStyle w:val="SinSangriaITER"/>
        <w:spacing w:before="360" w:after="240"/>
        <w:jc w:val="center"/>
      </w:pPr>
      <w:r>
        <w:rPr>
          <w:i/>
        </w:rPr>
        <w:t>_____________________________________</w:t>
        <w:br/>
        <w:t>Firma del Tutor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Nombre:</w:t>
              <w:br/>
              <w:br/>
            </w:r>
          </w:p>
        </w:tc>
        <w:tc>
          <w:tcPr>
            <w:tcW w:type="dxa" w:w="2351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Apellidos:</w:t>
              <w:br/>
              <w:br/>
            </w:r>
          </w:p>
        </w:tc>
        <w:tc>
          <w:tcPr>
            <w:tcW w:type="dxa" w:w="2351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Cédula:</w:t>
              <w:br/>
              <w:br/>
            </w:r>
          </w:p>
        </w:tc>
        <w:tc>
          <w:tcPr>
            <w:tcW w:type="dxa" w:w="2351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Título universitario:</w:t>
              <w:br/>
              <w:br/>
            </w:r>
          </w:p>
        </w:tc>
      </w:tr>
      <w:tr>
        <w:tc>
          <w:tcPr>
            <w:tcW w:type="dxa" w:w="7053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Dirección de habitación:</w:t>
              <w:br/>
              <w:br/>
            </w:r>
          </w:p>
        </w:tc>
        <w:tc>
          <w:tcPr>
            <w:tcW w:type="dxa" w:w="2351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Tlf. habitación:</w:t>
              <w:br/>
              <w:br/>
            </w:r>
          </w:p>
        </w:tc>
      </w:tr>
      <w:tr>
        <w:tc>
          <w:tcPr>
            <w:tcW w:type="dxa" w:w="7053"/>
            <w:gridSpan w:val="3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Organización donde trabaja:</w:t>
              <w:br/>
              <w:br/>
            </w:r>
          </w:p>
        </w:tc>
        <w:tc>
          <w:tcPr>
            <w:tcW w:type="dxa" w:w="2351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Tlf. ofic.:</w:t>
              <w:br/>
            </w:r>
          </w:p>
        </w:tc>
      </w:tr>
      <w:tr>
        <w:tc>
          <w:tcPr>
            <w:tcW w:type="dxa" w:w="7053"/>
            <w:gridSpan w:val="3"/>
            <w:vMerge/>
          </w:tcPr>
          <w:p/>
        </w:tc>
        <w:tc>
          <w:tcPr>
            <w:tcW w:type="dxa" w:w="2351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Celular:</w:t>
              <w:br/>
            </w:r>
          </w:p>
        </w:tc>
      </w:tr>
      <w:tr>
        <w:tc>
          <w:tcPr>
            <w:tcW w:type="dxa" w:w="9404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 xml:space="preserve">Email: </w:t>
            </w:r>
          </w:p>
        </w:tc>
      </w:tr>
      <w:tr>
        <w:tc>
          <w:tcPr>
            <w:tcW w:type="dxa" w:w="4702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¿Ha tutoreado tesis antes?</w:t>
              <w:br/>
              <w:t>Sí: _____   No: _____</w:t>
            </w:r>
          </w:p>
        </w:tc>
        <w:tc>
          <w:tcPr>
            <w:tcW w:type="dxa" w:w="4702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0"/>
              <w:ind w:firstLine="0"/>
            </w:pPr>
            <w:r>
              <w:rPr>
                <w:sz w:val="21"/>
              </w:rPr>
              <w:t>¿Es o ha sido profesor del ITER?</w:t>
              <w:br/>
              <w:t>Sí: _____   No: _____</w:t>
            </w:r>
          </w:p>
        </w:tc>
      </w:tr>
    </w:tbl>
    <w:sectPr w:rsidR="00FC693F" w:rsidRPr="0006063C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120"/>
      <w:ind w:firstLine="567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uiPriority w:val="1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2"/>
    <w:qFormat/>
    <w:rsid w:val="00FC693F"/>
    <w:pPr>
      <w:keepNext/>
      <w:keepLines/>
      <w:spacing w:before="360" w:after="280" w:line="36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FC693F"/>
    <w:pPr>
      <w:keepNext/>
      <w:keepLines/>
      <w:spacing w:before="240" w:after="120" w:line="36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FC693F"/>
    <w:pPr>
      <w:keepNext/>
      <w:keepLines/>
      <w:spacing w:before="160" w:after="80" w:line="360" w:lineRule="auto"/>
      <w:ind w:firstLine="567" w:left="0"/>
      <w:jc w:val="left"/>
      <w:outlineLvl w:val="2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5"/>
    <w:qFormat/>
    <w:rsid w:val="00FC693F"/>
    <w:pPr>
      <w:keepNext/>
      <w:keepLines/>
      <w:spacing w:before="120" w:after="80" w:line="360" w:lineRule="auto"/>
      <w:ind w:firstLine="567" w:left="0"/>
      <w:jc w:val="left"/>
      <w:outlineLvl w:val="3"/>
    </w:pPr>
    <w:rPr>
      <w:rFonts w:asciiTheme="majorHAnsi" w:eastAsiaTheme="majorEastAsia" w:hAnsiTheme="majorHAnsi" w:cstheme="majorBidi" w:ascii="Times New Roman" w:hAnsi="Times New Roman" w:cs="Times New Roman"/>
      <w:b/>
      <w:bCs/>
      <w:i/>
      <w:iCs/>
      <w:caps w:val="0"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6"/>
    <w:qFormat/>
    <w:rsid w:val="00FC693F"/>
    <w:pPr>
      <w:keepNext/>
      <w:keepLines/>
      <w:spacing w:before="120" w:after="80" w:line="360" w:lineRule="auto"/>
      <w:ind w:firstLine="567" w:left="0"/>
      <w:jc w:val="left"/>
      <w:outlineLvl w:val="4"/>
    </w:pPr>
    <w:rPr>
      <w:rFonts w:asciiTheme="majorHAnsi" w:eastAsiaTheme="majorEastAsia" w:hAnsiTheme="majorHAnsi" w:cstheme="majorBidi" w:ascii="Times New Roman" w:hAnsi="Times New Roman" w:cs="Times New Roman"/>
      <w:b w:val="0"/>
      <w:i/>
      <w:caps w:val="0"/>
      <w:color w:val="00000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itaLargaITER">
    <w:name w:val="Cita Larga ITER"/>
    <w:pPr>
      <w:spacing w:line="360" w:lineRule="auto" w:before="120" w:after="120"/>
      <w:ind w:firstLine="0" w:left="567" w:right="283"/>
      <w:jc w:val="both"/>
    </w:pPr>
    <w:rPr>
      <w:rFonts w:ascii="Times New Roman" w:hAnsi="Times New Roman" w:cs="Times New Roman"/>
      <w:b w:val="0"/>
      <w:i w:val="0"/>
      <w:caps w:val="0"/>
      <w:color w:val="000000"/>
      <w:sz w:val="20"/>
    </w:rPr>
    <w:qFormat/>
    <w:uiPriority w:val="7"/>
  </w:style>
  <w:style w:type="paragraph" w:customStyle="1" w:styleId="ReferenciaBibliograficaITER">
    <w:name w:val="Referencia Bibliografica ITER"/>
    <w:pPr>
      <w:spacing w:line="360" w:lineRule="auto" w:before="0" w:after="120"/>
      <w:ind w:left="567" w:hanging="567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qFormat/>
    <w:uiPriority w:val="8"/>
  </w:style>
  <w:style w:type="paragraph" w:customStyle="1" w:styleId="SinSangriaITER">
    <w:name w:val="Sin Sangria ITER"/>
    <w:pPr>
      <w:spacing w:line="360" w:lineRule="auto" w:before="0" w:after="120"/>
      <w:ind w:firstLine="0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qFormat/>
    <w:uiPriority w:val="9"/>
  </w:style>
  <w:style w:type="paragraph" w:customStyle="1" w:styleId="FootnoteText">
    <w:name w:val="Footnote Text"/>
    <w:pPr>
      <w:spacing w:before="0" w:after="40"/>
      <w:ind w:firstLine="0"/>
      <w:jc w:val="both"/>
    </w:pPr>
    <w:rPr>
      <w:rFonts w:ascii="Times New Roman" w:hAnsi="Times New Roman" w:cs="Times New Roman"/>
      <w:b w:val="0"/>
      <w:i w:val="0"/>
      <w:caps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